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FORMULAR DE ÎNSCRIERE LA ETAPA DE RECRUTARE</w:t>
      </w:r>
    </w:p>
    <w:p>
      <w:pPr>
        <w:jc w:val="center"/>
      </w:pPr>
      <w:r>
        <w:rPr>
          <w:i/>
          <w:sz w:val="18"/>
        </w:rPr>
        <w:t>conform art. 137 pct. I din Anexa nr. 10 la O.U.G. nr. 57/2019 privind Codul administrativ</w:t>
      </w:r>
    </w:p>
    <w:p>
      <w:pPr>
        <w:jc w:val="center"/>
      </w:pPr>
      <w:r>
        <w:rPr>
          <w:b/>
        </w:rPr>
        <w:t>Agenția Națională a Funcționarilor Publici</w:t>
      </w:r>
    </w:p>
    <w:p>
      <w:pPr>
        <w:spacing w:after="60"/>
      </w:pPr>
      <w:r>
        <w:rPr>
          <w:b/>
        </w:rPr>
        <w:t>Funcția publică pentru care se organizează etapa de recrutare:</w:t>
      </w:r>
      <w:r>
        <w:t xml:space="preserve"> .....................................................................................</w:t>
      </w:r>
    </w:p>
    <w:p>
      <w:pPr>
        <w:spacing w:after="60"/>
      </w:pPr>
      <w:r>
        <w:rPr>
          <w:b/>
        </w:rPr>
        <w:t>Data organizării testării preliminare:</w:t>
      </w:r>
      <w:r>
        <w:t xml:space="preserve"> .....................................................................................</w:t>
      </w:r>
    </w:p>
    <w:p>
      <w:pPr>
        <w:spacing w:after="60"/>
      </w:pPr>
      <w:r>
        <w:rPr>
          <w:b/>
        </w:rPr>
        <w:t>Numele și prenumele candidatului:</w:t>
      </w:r>
      <w:r>
        <w:t xml:space="preserve"> .....................................................................................</w:t>
      </w:r>
    </w:p>
    <w:p>
      <w:r>
        <w:rPr>
          <w:b/>
        </w:rPr>
        <w:t>Datele de contact ale candidatului (se utilizează pentru comunicarea cu privire la concurs):</w:t>
      </w:r>
    </w:p>
    <w:p>
      <w:pPr>
        <w:spacing w:after="60"/>
      </w:pPr>
      <w:r>
        <w:rPr>
          <w:b/>
        </w:rPr>
        <w:t>Adresa:</w:t>
      </w:r>
      <w:r>
        <w:t xml:space="preserve"> ......................................................................</w:t>
      </w:r>
    </w:p>
    <w:p>
      <w:pPr>
        <w:spacing w:after="60"/>
      </w:pPr>
      <w:r>
        <w:rPr>
          <w:b/>
        </w:rPr>
        <w:t>E-mail:</w:t>
      </w:r>
      <w:r>
        <w:t xml:space="preserve"> ................................................................................</w:t>
      </w:r>
    </w:p>
    <w:p>
      <w:pPr>
        <w:spacing w:after="60"/>
      </w:pPr>
      <w:r>
        <w:rPr>
          <w:b/>
        </w:rPr>
        <w:t>Telefon:</w:t>
      </w:r>
      <w:r>
        <w:t xml:space="preserve"> ................................................................................</w:t>
      </w:r>
    </w:p>
    <w:p>
      <w:pPr>
        <w:spacing w:after="60"/>
      </w:pPr>
      <w:r>
        <w:rPr>
          <w:b/>
        </w:rPr>
        <w:t>Identificator unic al candidatului:</w:t>
      </w:r>
      <w:r>
        <w:t xml:space="preserve"> .................................................................</w:t>
      </w:r>
    </w:p>
    <w:p>
      <w:r>
        <w:rPr>
          <w:b/>
          <w:sz w:val="22"/>
        </w:rPr>
        <w:t>Studii generale și de specialitate</w:t>
      </w:r>
    </w:p>
    <w:p>
      <w:pPr>
        <w:spacing w:after="40"/>
      </w:pPr>
      <w:r>
        <w:rPr>
          <w:b/>
        </w:rPr>
        <w:t>Studii medii liceale sau postliceale:</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4252"/>
            <w:shd w:fill="D9E2F3"/>
            <w:vAlign w:val="center"/>
            <w:tcMar>
              <w:top w:w="70" w:type="dxa"/>
              <w:start w:w="80" w:type="dxa"/>
              <w:bottom w:w="70" w:type="dxa"/>
              <w:end w:w="80" w:type="dxa"/>
            </w:tcMar>
          </w:tcPr>
          <w:p>
            <w:pPr>
              <w:jc w:val="center"/>
            </w:pPr>
            <w:r>
              <w:rPr>
                <w:rFonts w:ascii="Arial" w:hAnsi="Arial"/>
                <w:b/>
                <w:sz w:val="19"/>
              </w:rPr>
              <w:t>Instituția</w:t>
            </w:r>
          </w:p>
        </w:tc>
        <w:tc>
          <w:tcPr>
            <w:tcW w:type="dxa" w:w="2268"/>
            <w:shd w:fill="D9E2F3"/>
            <w:vAlign w:val="center"/>
            <w:tcMar>
              <w:top w:w="70" w:type="dxa"/>
              <w:start w:w="80" w:type="dxa"/>
              <w:bottom w:w="70" w:type="dxa"/>
              <w:end w:w="80" w:type="dxa"/>
            </w:tcMar>
          </w:tcPr>
          <w:p>
            <w:pPr>
              <w:jc w:val="center"/>
            </w:pPr>
            <w:r>
              <w:rPr>
                <w:rFonts w:ascii="Arial" w:hAnsi="Arial"/>
                <w:b/>
                <w:sz w:val="19"/>
              </w:rPr>
              <w:t>Perioada</w:t>
            </w:r>
          </w:p>
        </w:tc>
        <w:tc>
          <w:tcPr>
            <w:tcW w:type="dxa" w:w="3402"/>
            <w:shd w:fill="D9E2F3"/>
            <w:vAlign w:val="center"/>
            <w:tcMar>
              <w:top w:w="70" w:type="dxa"/>
              <w:start w:w="80" w:type="dxa"/>
              <w:bottom w:w="70" w:type="dxa"/>
              <w:end w:w="80" w:type="dxa"/>
            </w:tcMar>
          </w:tcPr>
          <w:p>
            <w:pPr>
              <w:jc w:val="center"/>
            </w:pPr>
            <w:r>
              <w:rPr>
                <w:rFonts w:ascii="Arial" w:hAnsi="Arial"/>
                <w:b/>
                <w:sz w:val="19"/>
              </w:rPr>
              <w:t>Diploma obținută</w:t>
            </w: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bl>
    <w:p>
      <w:pPr>
        <w:spacing w:after="40"/>
      </w:pPr>
      <w:r>
        <w:rPr>
          <w:b/>
        </w:rPr>
        <w:t>Studii superioare de scurtă durată:</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4252"/>
            <w:shd w:fill="D9E2F3"/>
            <w:vAlign w:val="center"/>
            <w:tcMar>
              <w:top w:w="70" w:type="dxa"/>
              <w:start w:w="80" w:type="dxa"/>
              <w:bottom w:w="70" w:type="dxa"/>
              <w:end w:w="80" w:type="dxa"/>
            </w:tcMar>
          </w:tcPr>
          <w:p>
            <w:pPr>
              <w:jc w:val="center"/>
            </w:pPr>
            <w:r>
              <w:rPr>
                <w:rFonts w:ascii="Arial" w:hAnsi="Arial"/>
                <w:b/>
                <w:sz w:val="19"/>
              </w:rPr>
              <w:t>Instituția</w:t>
            </w:r>
          </w:p>
        </w:tc>
        <w:tc>
          <w:tcPr>
            <w:tcW w:type="dxa" w:w="2268"/>
            <w:shd w:fill="D9E2F3"/>
            <w:vAlign w:val="center"/>
            <w:tcMar>
              <w:top w:w="70" w:type="dxa"/>
              <w:start w:w="80" w:type="dxa"/>
              <w:bottom w:w="70" w:type="dxa"/>
              <w:end w:w="80" w:type="dxa"/>
            </w:tcMar>
          </w:tcPr>
          <w:p>
            <w:pPr>
              <w:jc w:val="center"/>
            </w:pPr>
            <w:r>
              <w:rPr>
                <w:rFonts w:ascii="Arial" w:hAnsi="Arial"/>
                <w:b/>
                <w:sz w:val="19"/>
              </w:rPr>
              <w:t>Perioada</w:t>
            </w:r>
          </w:p>
        </w:tc>
        <w:tc>
          <w:tcPr>
            <w:tcW w:type="dxa" w:w="3402"/>
            <w:shd w:fill="D9E2F3"/>
            <w:vAlign w:val="center"/>
            <w:tcMar>
              <w:top w:w="70" w:type="dxa"/>
              <w:start w:w="80" w:type="dxa"/>
              <w:bottom w:w="70" w:type="dxa"/>
              <w:end w:w="80" w:type="dxa"/>
            </w:tcMar>
          </w:tcPr>
          <w:p>
            <w:pPr>
              <w:jc w:val="center"/>
            </w:pPr>
            <w:r>
              <w:rPr>
                <w:rFonts w:ascii="Arial" w:hAnsi="Arial"/>
                <w:b/>
                <w:sz w:val="19"/>
              </w:rPr>
              <w:t>Diploma obținută</w:t>
            </w: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bl>
    <w:p>
      <w:pPr>
        <w:spacing w:after="40"/>
      </w:pPr>
      <w:r>
        <w:rPr>
          <w:b/>
        </w:rPr>
        <w:t>Studii superioare de lungă durată:</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4252"/>
            <w:shd w:fill="D9E2F3"/>
            <w:vAlign w:val="center"/>
            <w:tcMar>
              <w:top w:w="70" w:type="dxa"/>
              <w:start w:w="80" w:type="dxa"/>
              <w:bottom w:w="70" w:type="dxa"/>
              <w:end w:w="80" w:type="dxa"/>
            </w:tcMar>
          </w:tcPr>
          <w:p>
            <w:pPr>
              <w:jc w:val="center"/>
            </w:pPr>
            <w:r>
              <w:rPr>
                <w:rFonts w:ascii="Arial" w:hAnsi="Arial"/>
                <w:b/>
                <w:sz w:val="19"/>
              </w:rPr>
              <w:t>Instituția</w:t>
            </w:r>
          </w:p>
        </w:tc>
        <w:tc>
          <w:tcPr>
            <w:tcW w:type="dxa" w:w="2268"/>
            <w:shd w:fill="D9E2F3"/>
            <w:vAlign w:val="center"/>
            <w:tcMar>
              <w:top w:w="70" w:type="dxa"/>
              <w:start w:w="80" w:type="dxa"/>
              <w:bottom w:w="70" w:type="dxa"/>
              <w:end w:w="80" w:type="dxa"/>
            </w:tcMar>
          </w:tcPr>
          <w:p>
            <w:pPr>
              <w:jc w:val="center"/>
            </w:pPr>
            <w:r>
              <w:rPr>
                <w:rFonts w:ascii="Arial" w:hAnsi="Arial"/>
                <w:b/>
                <w:sz w:val="19"/>
              </w:rPr>
              <w:t>Perioada</w:t>
            </w:r>
          </w:p>
        </w:tc>
        <w:tc>
          <w:tcPr>
            <w:tcW w:type="dxa" w:w="3402"/>
            <w:shd w:fill="D9E2F3"/>
            <w:vAlign w:val="center"/>
            <w:tcMar>
              <w:top w:w="70" w:type="dxa"/>
              <w:start w:w="80" w:type="dxa"/>
              <w:bottom w:w="70" w:type="dxa"/>
              <w:end w:w="80" w:type="dxa"/>
            </w:tcMar>
          </w:tcPr>
          <w:p>
            <w:pPr>
              <w:jc w:val="center"/>
            </w:pPr>
            <w:r>
              <w:rPr>
                <w:rFonts w:ascii="Arial" w:hAnsi="Arial"/>
                <w:b/>
                <w:sz w:val="19"/>
              </w:rPr>
              <w:t>Diploma obținută</w:t>
            </w: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bl>
    <w:p>
      <w:pPr>
        <w:spacing w:after="40"/>
      </w:pPr>
      <w:r>
        <w:rPr>
          <w:b/>
        </w:rPr>
        <w:t>Studii universitare de masterat, doctorat sau studii postuniversitare:</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4252"/>
            <w:shd w:fill="D9E2F3"/>
            <w:vAlign w:val="center"/>
            <w:tcMar>
              <w:top w:w="70" w:type="dxa"/>
              <w:start w:w="80" w:type="dxa"/>
              <w:bottom w:w="70" w:type="dxa"/>
              <w:end w:w="80" w:type="dxa"/>
            </w:tcMar>
          </w:tcPr>
          <w:p>
            <w:pPr>
              <w:jc w:val="center"/>
            </w:pPr>
            <w:r>
              <w:rPr>
                <w:rFonts w:ascii="Arial" w:hAnsi="Arial"/>
                <w:b/>
                <w:sz w:val="19"/>
              </w:rPr>
              <w:t>Instituția</w:t>
            </w:r>
          </w:p>
        </w:tc>
        <w:tc>
          <w:tcPr>
            <w:tcW w:type="dxa" w:w="2268"/>
            <w:shd w:fill="D9E2F3"/>
            <w:vAlign w:val="center"/>
            <w:tcMar>
              <w:top w:w="70" w:type="dxa"/>
              <w:start w:w="80" w:type="dxa"/>
              <w:bottom w:w="70" w:type="dxa"/>
              <w:end w:w="80" w:type="dxa"/>
            </w:tcMar>
          </w:tcPr>
          <w:p>
            <w:pPr>
              <w:jc w:val="center"/>
            </w:pPr>
            <w:r>
              <w:rPr>
                <w:rFonts w:ascii="Arial" w:hAnsi="Arial"/>
                <w:b/>
                <w:sz w:val="19"/>
              </w:rPr>
              <w:t>Perioada</w:t>
            </w:r>
          </w:p>
        </w:tc>
        <w:tc>
          <w:tcPr>
            <w:tcW w:type="dxa" w:w="3402"/>
            <w:shd w:fill="D9E2F3"/>
            <w:vAlign w:val="center"/>
            <w:tcMar>
              <w:top w:w="70" w:type="dxa"/>
              <w:start w:w="80" w:type="dxa"/>
              <w:bottom w:w="70" w:type="dxa"/>
              <w:end w:w="80" w:type="dxa"/>
            </w:tcMar>
          </w:tcPr>
          <w:p>
            <w:pPr>
              <w:jc w:val="center"/>
            </w:pPr>
            <w:r>
              <w:rPr>
                <w:rFonts w:ascii="Arial" w:hAnsi="Arial"/>
                <w:b/>
                <w:sz w:val="19"/>
              </w:rPr>
              <w:t>Diploma obținută</w:t>
            </w: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bl>
    <w:p>
      <w:pPr>
        <w:spacing w:after="40"/>
      </w:pPr>
      <w:r>
        <w:rPr>
          <w:b/>
        </w:rPr>
        <w:t>Alte tipuri de studii:</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4252"/>
            <w:shd w:fill="D9E2F3"/>
            <w:vAlign w:val="center"/>
            <w:tcMar>
              <w:top w:w="70" w:type="dxa"/>
              <w:start w:w="80" w:type="dxa"/>
              <w:bottom w:w="70" w:type="dxa"/>
              <w:end w:w="80" w:type="dxa"/>
            </w:tcMar>
          </w:tcPr>
          <w:p>
            <w:pPr>
              <w:jc w:val="center"/>
            </w:pPr>
            <w:r>
              <w:rPr>
                <w:rFonts w:ascii="Arial" w:hAnsi="Arial"/>
                <w:b/>
                <w:sz w:val="19"/>
              </w:rPr>
              <w:t>Instituția</w:t>
            </w:r>
          </w:p>
        </w:tc>
        <w:tc>
          <w:tcPr>
            <w:tcW w:type="dxa" w:w="2268"/>
            <w:shd w:fill="D9E2F3"/>
            <w:vAlign w:val="center"/>
            <w:tcMar>
              <w:top w:w="70" w:type="dxa"/>
              <w:start w:w="80" w:type="dxa"/>
              <w:bottom w:w="70" w:type="dxa"/>
              <w:end w:w="80" w:type="dxa"/>
            </w:tcMar>
          </w:tcPr>
          <w:p>
            <w:pPr>
              <w:jc w:val="center"/>
            </w:pPr>
            <w:r>
              <w:rPr>
                <w:rFonts w:ascii="Arial" w:hAnsi="Arial"/>
                <w:b/>
                <w:sz w:val="19"/>
              </w:rPr>
              <w:t>Perioada</w:t>
            </w:r>
          </w:p>
        </w:tc>
        <w:tc>
          <w:tcPr>
            <w:tcW w:type="dxa" w:w="3402"/>
            <w:shd w:fill="D9E2F3"/>
            <w:vAlign w:val="center"/>
            <w:tcMar>
              <w:top w:w="70" w:type="dxa"/>
              <w:start w:w="80" w:type="dxa"/>
              <w:bottom w:w="70" w:type="dxa"/>
              <w:end w:w="80" w:type="dxa"/>
            </w:tcMar>
          </w:tcPr>
          <w:p>
            <w:pPr>
              <w:jc w:val="center"/>
            </w:pPr>
            <w:r>
              <w:rPr>
                <w:rFonts w:ascii="Arial" w:hAnsi="Arial"/>
                <w:b/>
                <w:sz w:val="19"/>
              </w:rPr>
              <w:t>Diploma obținută</w:t>
            </w: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4252"/>
            <w:tcMar>
              <w:top w:w="70" w:type="dxa"/>
              <w:start w:w="80" w:type="dxa"/>
              <w:bottom w:w="70" w:type="dxa"/>
              <w:end w:w="80" w:type="dxa"/>
            </w:tcMar>
          </w:tcPr>
          <w:p/>
        </w:tc>
        <w:tc>
          <w:tcPr>
            <w:tcW w:type="dxa" w:w="2268"/>
            <w:tcMar>
              <w:top w:w="70" w:type="dxa"/>
              <w:start w:w="80" w:type="dxa"/>
              <w:bottom w:w="70" w:type="dxa"/>
              <w:end w:w="80" w:type="dxa"/>
            </w:tcMar>
          </w:tcPr>
          <w:p/>
        </w:tc>
        <w:tc>
          <w:tcPr>
            <w:tcW w:type="dxa" w:w="3402"/>
            <w:tcMar>
              <w:top w:w="70" w:type="dxa"/>
              <w:start w:w="80" w:type="dxa"/>
              <w:bottom w:w="70" w:type="dxa"/>
              <w:end w:w="80" w:type="dxa"/>
            </w:tcMar>
          </w:tcPr>
          <w:p/>
        </w:tc>
      </w:tr>
    </w:tbl>
    <w:p>
      <w:r>
        <w:rPr>
          <w:b/>
        </w:rPr>
        <w:t>Limbi străine*1):</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1"/>
            <w:shd w:fill="D9E2F3"/>
            <w:vAlign w:val="center"/>
            <w:tcMar>
              <w:top w:w="70" w:type="dxa"/>
              <w:start w:w="80" w:type="dxa"/>
              <w:bottom w:w="70" w:type="dxa"/>
              <w:end w:w="80" w:type="dxa"/>
            </w:tcMar>
          </w:tcPr>
          <w:p>
            <w:pPr>
              <w:jc w:val="center"/>
            </w:pPr>
            <w:r>
              <w:rPr>
                <w:rFonts w:ascii="Arial" w:hAnsi="Arial"/>
                <w:b/>
                <w:sz w:val="19"/>
              </w:rPr>
              <w:t>Limba</w:t>
            </w:r>
          </w:p>
        </w:tc>
        <w:tc>
          <w:tcPr>
            <w:tcW w:type="dxa" w:w="2268"/>
            <w:shd w:fill="D9E2F3"/>
            <w:vAlign w:val="center"/>
            <w:tcMar>
              <w:top w:w="70" w:type="dxa"/>
              <w:start w:w="80" w:type="dxa"/>
              <w:bottom w:w="70" w:type="dxa"/>
              <w:end w:w="80" w:type="dxa"/>
            </w:tcMar>
          </w:tcPr>
          <w:p>
            <w:pPr>
              <w:jc w:val="center"/>
            </w:pPr>
            <w:r>
              <w:rPr>
                <w:rFonts w:ascii="Arial" w:hAnsi="Arial"/>
                <w:b/>
                <w:sz w:val="19"/>
              </w:rPr>
              <w:t>Înțelegere</w:t>
            </w:r>
          </w:p>
        </w:tc>
        <w:tc>
          <w:tcPr>
            <w:tcW w:type="dxa" w:w="2268"/>
            <w:shd w:fill="D9E2F3"/>
            <w:vAlign w:val="center"/>
            <w:tcMar>
              <w:top w:w="70" w:type="dxa"/>
              <w:start w:w="80" w:type="dxa"/>
              <w:bottom w:w="70" w:type="dxa"/>
              <w:end w:w="80" w:type="dxa"/>
            </w:tcMar>
          </w:tcPr>
          <w:p>
            <w:pPr>
              <w:jc w:val="center"/>
            </w:pPr>
            <w:r>
              <w:rPr>
                <w:rFonts w:ascii="Arial" w:hAnsi="Arial"/>
                <w:b/>
                <w:sz w:val="19"/>
              </w:rPr>
              <w:t>Vorbire</w:t>
            </w:r>
          </w:p>
        </w:tc>
        <w:tc>
          <w:tcPr>
            <w:tcW w:type="dxa" w:w="2268"/>
            <w:shd w:fill="D9E2F3"/>
            <w:vAlign w:val="center"/>
            <w:tcMar>
              <w:top w:w="70" w:type="dxa"/>
              <w:start w:w="80" w:type="dxa"/>
              <w:bottom w:w="70" w:type="dxa"/>
              <w:end w:w="80" w:type="dxa"/>
            </w:tcMar>
          </w:tcPr>
          <w:p>
            <w:pPr>
              <w:jc w:val="center"/>
            </w:pPr>
            <w:r>
              <w:rPr>
                <w:rFonts w:ascii="Arial" w:hAnsi="Arial"/>
                <w:b/>
                <w:sz w:val="19"/>
              </w:rPr>
              <w:t>Scriere</w:t>
            </w:r>
          </w:p>
        </w:tc>
      </w:tr>
      <w:tr>
        <w:tc>
          <w:tcPr>
            <w:tcW w:type="dxa" w:w="2551"/>
            <w:tcMar>
              <w:top w:w="70" w:type="dxa"/>
              <w:start w:w="80" w:type="dxa"/>
              <w:bottom w:w="70" w:type="dxa"/>
              <w:end w:w="80" w:type="dxa"/>
            </w:tcMar>
          </w:tcPr>
          <w:p/>
        </w:tc>
        <w:tc>
          <w:tcPr>
            <w:tcW w:type="dxa" w:w="2268"/>
            <w:tcMar>
              <w:top w:w="70" w:type="dxa"/>
              <w:start w:w="80" w:type="dxa"/>
              <w:bottom w:w="70" w:type="dxa"/>
              <w:end w:w="80" w:type="dxa"/>
            </w:tcMar>
          </w:tcPr>
          <w:p/>
        </w:tc>
        <w:tc>
          <w:tcPr>
            <w:tcW w:type="dxa" w:w="2268"/>
            <w:tcMar>
              <w:top w:w="70" w:type="dxa"/>
              <w:start w:w="80" w:type="dxa"/>
              <w:bottom w:w="70" w:type="dxa"/>
              <w:end w:w="80" w:type="dxa"/>
            </w:tcMar>
          </w:tcPr>
          <w:p/>
        </w:tc>
        <w:tc>
          <w:tcPr>
            <w:tcW w:type="dxa" w:w="2268"/>
            <w:tcMar>
              <w:top w:w="70" w:type="dxa"/>
              <w:start w:w="80" w:type="dxa"/>
              <w:bottom w:w="70" w:type="dxa"/>
              <w:end w:w="80" w:type="dxa"/>
            </w:tcMar>
          </w:tcPr>
          <w:p/>
        </w:tc>
      </w:tr>
      <w:tr>
        <w:tc>
          <w:tcPr>
            <w:tcW w:type="dxa" w:w="2551"/>
            <w:tcMar>
              <w:top w:w="70" w:type="dxa"/>
              <w:start w:w="80" w:type="dxa"/>
              <w:bottom w:w="70" w:type="dxa"/>
              <w:end w:w="80" w:type="dxa"/>
            </w:tcMar>
          </w:tcPr>
          <w:p/>
        </w:tc>
        <w:tc>
          <w:tcPr>
            <w:tcW w:type="dxa" w:w="2268"/>
            <w:tcMar>
              <w:top w:w="70" w:type="dxa"/>
              <w:start w:w="80" w:type="dxa"/>
              <w:bottom w:w="70" w:type="dxa"/>
              <w:end w:w="80" w:type="dxa"/>
            </w:tcMar>
          </w:tcPr>
          <w:p/>
        </w:tc>
        <w:tc>
          <w:tcPr>
            <w:tcW w:type="dxa" w:w="2268"/>
            <w:tcMar>
              <w:top w:w="70" w:type="dxa"/>
              <w:start w:w="80" w:type="dxa"/>
              <w:bottom w:w="70" w:type="dxa"/>
              <w:end w:w="80" w:type="dxa"/>
            </w:tcMar>
          </w:tcPr>
          <w:p/>
        </w:tc>
        <w:tc>
          <w:tcPr>
            <w:tcW w:type="dxa" w:w="2268"/>
            <w:tcMar>
              <w:top w:w="70" w:type="dxa"/>
              <w:start w:w="80" w:type="dxa"/>
              <w:bottom w:w="70" w:type="dxa"/>
              <w:end w:w="80" w:type="dxa"/>
            </w:tcMar>
          </w:tcPr>
          <w:p/>
        </w:tc>
      </w:tr>
      <w:tr>
        <w:tc>
          <w:tcPr>
            <w:tcW w:type="dxa" w:w="2551"/>
            <w:tcMar>
              <w:top w:w="70" w:type="dxa"/>
              <w:start w:w="80" w:type="dxa"/>
              <w:bottom w:w="70" w:type="dxa"/>
              <w:end w:w="80" w:type="dxa"/>
            </w:tcMar>
          </w:tcPr>
          <w:p/>
        </w:tc>
        <w:tc>
          <w:tcPr>
            <w:tcW w:type="dxa" w:w="2268"/>
            <w:tcMar>
              <w:top w:w="70" w:type="dxa"/>
              <w:start w:w="80" w:type="dxa"/>
              <w:bottom w:w="70" w:type="dxa"/>
              <w:end w:w="80" w:type="dxa"/>
            </w:tcMar>
          </w:tcPr>
          <w:p/>
        </w:tc>
        <w:tc>
          <w:tcPr>
            <w:tcW w:type="dxa" w:w="2268"/>
            <w:tcMar>
              <w:top w:w="70" w:type="dxa"/>
              <w:start w:w="80" w:type="dxa"/>
              <w:bottom w:w="70" w:type="dxa"/>
              <w:end w:w="80" w:type="dxa"/>
            </w:tcMar>
          </w:tcPr>
          <w:p/>
        </w:tc>
        <w:tc>
          <w:tcPr>
            <w:tcW w:type="dxa" w:w="2268"/>
            <w:tcMar>
              <w:top w:w="70" w:type="dxa"/>
              <w:start w:w="80" w:type="dxa"/>
              <w:bottom w:w="70" w:type="dxa"/>
              <w:end w:w="80" w:type="dxa"/>
            </w:tcMar>
          </w:tcPr>
          <w:p/>
        </w:tc>
      </w:tr>
    </w:tbl>
    <w:p>
      <w:r>
        <w:rPr>
          <w:b/>
        </w:rPr>
        <w:t>Cunoștințe operare calculator*2):</w:t>
      </w:r>
    </w:p>
    <w:p>
      <w:r>
        <w:t>............................................................................................................................................................</w:t>
      </w:r>
    </w:p>
    <w:p>
      <w:r>
        <w:t>............................................................................................................................................................</w:t>
      </w:r>
    </w:p>
    <w:p>
      <w:r>
        <w:rPr>
          <w:b/>
        </w:rPr>
        <w:t>Cariera profesională, după caz*3):</w:t>
      </w:r>
    </w:p>
    <w:tbl>
      <w:tblPr>
        <w:tblStyle w:val="TableGrid"/>
        <w:tblW w:type="auto" w:w="0"/>
        <w:jc w:val="center"/>
        <w:tblLook w:firstColumn="1" w:firstRow="1" w:lastColumn="0" w:lastRow="0" w:noHBand="0" w:noVBand="1" w:val="04A0"/>
      </w:tblPr>
      <w:tblGrid>
        <w:gridCol w:w="3400"/>
        <w:gridCol w:w="3400"/>
        <w:gridCol w:w="3400"/>
      </w:tblGrid>
      <w:tr>
        <w:trPr>
          <w:tblHeader w:val="true"/>
        </w:trPr>
        <w:tc>
          <w:tcPr>
            <w:tcW w:type="dxa" w:w="2268"/>
            <w:shd w:fill="D9E2F3"/>
            <w:vAlign w:val="center"/>
            <w:tcMar>
              <w:top w:w="70" w:type="dxa"/>
              <w:start w:w="80" w:type="dxa"/>
              <w:bottom w:w="70" w:type="dxa"/>
              <w:end w:w="80" w:type="dxa"/>
            </w:tcMar>
          </w:tcPr>
          <w:p>
            <w:pPr>
              <w:jc w:val="center"/>
            </w:pPr>
            <w:r>
              <w:rPr>
                <w:rFonts w:ascii="Arial" w:hAnsi="Arial"/>
                <w:b/>
                <w:sz w:val="19"/>
              </w:rPr>
              <w:t>Perioada</w:t>
            </w:r>
          </w:p>
        </w:tc>
        <w:tc>
          <w:tcPr>
            <w:tcW w:type="dxa" w:w="4252"/>
            <w:shd w:fill="D9E2F3"/>
            <w:vAlign w:val="center"/>
            <w:tcMar>
              <w:top w:w="70" w:type="dxa"/>
              <w:start w:w="80" w:type="dxa"/>
              <w:bottom w:w="70" w:type="dxa"/>
              <w:end w:w="80" w:type="dxa"/>
            </w:tcMar>
          </w:tcPr>
          <w:p>
            <w:pPr>
              <w:jc w:val="center"/>
            </w:pPr>
            <w:r>
              <w:rPr>
                <w:rFonts w:ascii="Arial" w:hAnsi="Arial"/>
                <w:b/>
                <w:sz w:val="19"/>
              </w:rPr>
              <w:t>Instituția/Firma</w:t>
            </w:r>
          </w:p>
        </w:tc>
        <w:tc>
          <w:tcPr>
            <w:tcW w:type="dxa" w:w="3402"/>
            <w:shd w:fill="D9E2F3"/>
            <w:vAlign w:val="center"/>
            <w:tcMar>
              <w:top w:w="70" w:type="dxa"/>
              <w:start w:w="80" w:type="dxa"/>
              <w:bottom w:w="70" w:type="dxa"/>
              <w:end w:w="80" w:type="dxa"/>
            </w:tcMar>
          </w:tcPr>
          <w:p>
            <w:pPr>
              <w:jc w:val="center"/>
            </w:pPr>
            <w:r>
              <w:rPr>
                <w:rFonts w:ascii="Arial" w:hAnsi="Arial"/>
                <w:b/>
                <w:sz w:val="19"/>
              </w:rPr>
              <w:t>Funcția</w:t>
            </w:r>
          </w:p>
        </w:tc>
      </w:tr>
      <w:tr>
        <w:tc>
          <w:tcPr>
            <w:tcW w:type="dxa" w:w="2268"/>
            <w:tcMar>
              <w:top w:w="70" w:type="dxa"/>
              <w:start w:w="80" w:type="dxa"/>
              <w:bottom w:w="70" w:type="dxa"/>
              <w:end w:w="80" w:type="dxa"/>
            </w:tcMar>
          </w:tcPr>
          <w:p/>
        </w:tc>
        <w:tc>
          <w:tcPr>
            <w:tcW w:type="dxa" w:w="4252"/>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2268"/>
            <w:tcMar>
              <w:top w:w="70" w:type="dxa"/>
              <w:start w:w="80" w:type="dxa"/>
              <w:bottom w:w="70" w:type="dxa"/>
              <w:end w:w="80" w:type="dxa"/>
            </w:tcMar>
          </w:tcPr>
          <w:p/>
        </w:tc>
        <w:tc>
          <w:tcPr>
            <w:tcW w:type="dxa" w:w="4252"/>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2268"/>
            <w:tcMar>
              <w:top w:w="70" w:type="dxa"/>
              <w:start w:w="80" w:type="dxa"/>
              <w:bottom w:w="70" w:type="dxa"/>
              <w:end w:w="80" w:type="dxa"/>
            </w:tcMar>
          </w:tcPr>
          <w:p/>
        </w:tc>
        <w:tc>
          <w:tcPr>
            <w:tcW w:type="dxa" w:w="4252"/>
            <w:tcMar>
              <w:top w:w="70" w:type="dxa"/>
              <w:start w:w="80" w:type="dxa"/>
              <w:bottom w:w="70" w:type="dxa"/>
              <w:end w:w="80" w:type="dxa"/>
            </w:tcMar>
          </w:tcPr>
          <w:p/>
        </w:tc>
        <w:tc>
          <w:tcPr>
            <w:tcW w:type="dxa" w:w="3402"/>
            <w:tcMar>
              <w:top w:w="70" w:type="dxa"/>
              <w:start w:w="80" w:type="dxa"/>
              <w:bottom w:w="70" w:type="dxa"/>
              <w:end w:w="80" w:type="dxa"/>
            </w:tcMar>
          </w:tcPr>
          <w:p/>
        </w:tc>
      </w:tr>
      <w:tr>
        <w:tc>
          <w:tcPr>
            <w:tcW w:type="dxa" w:w="2268"/>
            <w:tcMar>
              <w:top w:w="70" w:type="dxa"/>
              <w:start w:w="80" w:type="dxa"/>
              <w:bottom w:w="70" w:type="dxa"/>
              <w:end w:w="80" w:type="dxa"/>
            </w:tcMar>
          </w:tcPr>
          <w:p/>
        </w:tc>
        <w:tc>
          <w:tcPr>
            <w:tcW w:type="dxa" w:w="4252"/>
            <w:tcMar>
              <w:top w:w="70" w:type="dxa"/>
              <w:start w:w="80" w:type="dxa"/>
              <w:bottom w:w="70" w:type="dxa"/>
              <w:end w:w="80" w:type="dxa"/>
            </w:tcMar>
          </w:tcPr>
          <w:p/>
        </w:tc>
        <w:tc>
          <w:tcPr>
            <w:tcW w:type="dxa" w:w="3402"/>
            <w:tcMar>
              <w:top w:w="70" w:type="dxa"/>
              <w:start w:w="80" w:type="dxa"/>
              <w:bottom w:w="70" w:type="dxa"/>
              <w:end w:w="80" w:type="dxa"/>
            </w:tcMar>
          </w:tcPr>
          <w:p/>
        </w:tc>
      </w:tr>
    </w:tbl>
    <w:p>
      <w:r>
        <w:rPr>
          <w:b/>
          <w:sz w:val="22"/>
        </w:rPr>
        <w:t>Declarații pe proprie răspundere*4)</w:t>
      </w:r>
    </w:p>
    <w:p>
      <w:r>
        <w:t>Subsemnatul/a ...................................................................................., legitimat/ă cu CI/BI, seria ........, numărul ........................, eliberat/ă de ........................................................ la data de ............................,</w:t>
      </w:r>
    </w:p>
    <w:p>
      <w:pPr>
        <w:jc w:val="both"/>
      </w:pPr>
      <w:r>
        <w:t>Cunoscând prevederile art. 465 alin. (1) lit. e) din Ordonanța de urgență a Guvernului nr. 57/2019 privind Codul administrativ, cu modificările și completările ulterioare, declar pe proprie răspundere că:</w:t>
      </w:r>
    </w:p>
    <w:p>
      <w:pPr>
        <w:spacing w:after="0"/>
        <w:ind w:left="340"/>
      </w:pPr>
      <w:r>
        <w:rPr>
          <w:rFonts w:ascii="Arial" w:hAnsi="Arial"/>
        </w:rPr>
        <w:t xml:space="preserve">☐ </w:t>
      </w:r>
      <w:r>
        <w:t>sunt</w:t>
      </w:r>
    </w:p>
    <w:p>
      <w:pPr>
        <w:spacing w:after="0"/>
        <w:ind w:left="340"/>
      </w:pPr>
      <w:r>
        <w:rPr>
          <w:rFonts w:ascii="Arial" w:hAnsi="Arial"/>
        </w:rPr>
        <w:t xml:space="preserve">☐ </w:t>
      </w:r>
      <w:r>
        <w:t>nu sunt</w:t>
      </w:r>
    </w:p>
    <w:p>
      <w:r>
        <w:t>apt din punct de vedere medical și psihologic să exercit o funcție publică.</w:t>
      </w:r>
    </w:p>
    <w:p>
      <w:pPr>
        <w:jc w:val="both"/>
      </w:pPr>
      <w:r>
        <w:t>Cunoscând prevederile art. 465 alin. (1) lit. h) din Ordonanța de urgență a Guvernului nr. 57/2019, cu modificările și completările ulterioare, declar pe proprie răspundere că:</w:t>
      </w:r>
    </w:p>
    <w:p>
      <w:pPr>
        <w:spacing w:after="0"/>
        <w:ind w:left="340"/>
      </w:pPr>
      <w:r>
        <w:rPr>
          <w:rFonts w:ascii="Arial" w:hAnsi="Arial"/>
        </w:rPr>
        <w:t xml:space="preserve">☐ </w:t>
      </w:r>
      <w:r>
        <w:t>am săvârșit</w:t>
      </w:r>
    </w:p>
    <w:p>
      <w:pPr>
        <w:spacing w:after="0"/>
        <w:ind w:left="340"/>
      </w:pPr>
      <w:r>
        <w:rPr>
          <w:rFonts w:ascii="Arial" w:hAnsi="Arial"/>
        </w:rPr>
        <w:t xml:space="preserve">☐ </w:t>
      </w:r>
      <w:r>
        <w:t>nu am săvârșit</w:t>
      </w:r>
    </w:p>
    <w:p>
      <w:r>
        <w:t>fapte de natura celor înscrise în cazierul judiciar și pentru care nu a intervenit reabilitarea, amnistia post-condamnatorie sau dezincriminarea faptei, în condițiile legii.</w:t>
      </w:r>
    </w:p>
    <w:p>
      <w:pPr>
        <w:jc w:val="both"/>
      </w:pPr>
      <w:r>
        <w:t>Cunoscând prevederile art. 465 alin. (1) lit. i) din Ordonanța de urgență a Guvernului nr. 57/2019 privind Codul administrativ, cu modificările și completările ulterioare, declar pe proprie răspundere că:</w:t>
      </w:r>
    </w:p>
    <w:p>
      <w:pPr>
        <w:spacing w:after="0"/>
        <w:ind w:left="340"/>
      </w:pPr>
      <w:r>
        <w:rPr>
          <w:rFonts w:ascii="Arial" w:hAnsi="Arial"/>
        </w:rPr>
        <w:t xml:space="preserve">☐ </w:t>
      </w:r>
      <w:r>
        <w:t>mi-a fost</w:t>
      </w:r>
    </w:p>
    <w:p>
      <w:pPr>
        <w:spacing w:after="0"/>
        <w:ind w:left="340"/>
      </w:pPr>
      <w:r>
        <w:rPr>
          <w:rFonts w:ascii="Arial" w:hAnsi="Arial"/>
        </w:rPr>
        <w:t xml:space="preserve">☐ </w:t>
      </w:r>
      <w:r>
        <w:t>nu mi-a fost</w:t>
      </w:r>
    </w:p>
    <w:p>
      <w:r>
        <w:t>interzis dreptul de a ocupa o funcție publică sau de a exercita profesia ori activitatea, prin hotărâre judecătorească definitivă, în condițiile legii.</w:t>
      </w:r>
    </w:p>
    <w:p>
      <w:pPr>
        <w:jc w:val="both"/>
      </w:pPr>
      <w:r>
        <w:t>Cunoscând prevederile art. 465 alin. (1) lit. j) din Ordonanța de urgență a Guvernului nr. 57/2019, cu modificările și completările ulterioare, declar pe proprie răspundere că în ultimii 3 ani:</w:t>
      </w:r>
    </w:p>
    <w:p>
      <w:pPr>
        <w:spacing w:after="0"/>
        <w:ind w:left="340"/>
      </w:pPr>
      <w:r>
        <w:rPr>
          <w:rFonts w:ascii="Arial" w:hAnsi="Arial"/>
        </w:rPr>
        <w:t xml:space="preserve">☐ </w:t>
      </w:r>
      <w:r>
        <w:t>am fost destituit/ă dintr-o funcție publică</w:t>
      </w:r>
    </w:p>
    <w:p>
      <w:pPr>
        <w:spacing w:after="0"/>
        <w:ind w:left="340"/>
      </w:pPr>
      <w:r>
        <w:rPr>
          <w:rFonts w:ascii="Arial" w:hAnsi="Arial"/>
        </w:rPr>
        <w:t xml:space="preserve">☐ </w:t>
      </w:r>
      <w:r>
        <w:t>nu am fost destituit/ă dintr-o funcție publică</w:t>
      </w:r>
    </w:p>
    <w:p>
      <w:pPr>
        <w:spacing w:after="0"/>
        <w:ind w:left="340"/>
      </w:pPr>
      <w:r>
        <w:rPr>
          <w:rFonts w:ascii="Arial" w:hAnsi="Arial"/>
        </w:rPr>
        <w:t xml:space="preserve">☐ </w:t>
      </w:r>
      <w:r>
        <w:t>mi-a încetat contractul individual de muncă pentru motive disciplinare</w:t>
      </w:r>
    </w:p>
    <w:p>
      <w:pPr>
        <w:spacing w:after="0"/>
        <w:ind w:left="340"/>
      </w:pPr>
      <w:r>
        <w:rPr>
          <w:rFonts w:ascii="Arial" w:hAnsi="Arial"/>
        </w:rPr>
        <w:t xml:space="preserve">☐ </w:t>
      </w:r>
      <w:r>
        <w:t>nu mi-a încetat contractul individual de muncă pentru motive disciplinare</w:t>
      </w:r>
    </w:p>
    <w:p>
      <w:pPr>
        <w:jc w:val="both"/>
      </w:pPr>
      <w:r>
        <w:t>Cunoscând prevederile art. 465 alin. (1) lit. k) din Ordonanța de urgență a Guvernului nr. 57/2019, cu modificările și completările ulterioare, declar pe proprie răspundere că:</w:t>
      </w:r>
    </w:p>
    <w:p>
      <w:pPr>
        <w:spacing w:after="0"/>
        <w:ind w:left="340"/>
      </w:pPr>
      <w:r>
        <w:rPr>
          <w:rFonts w:ascii="Arial" w:hAnsi="Arial"/>
        </w:rPr>
        <w:t xml:space="preserve">☐ </w:t>
      </w:r>
      <w:r>
        <w:t>am fost</w:t>
      </w:r>
    </w:p>
    <w:p>
      <w:pPr>
        <w:spacing w:after="0"/>
        <w:ind w:left="340"/>
      </w:pPr>
      <w:r>
        <w:rPr>
          <w:rFonts w:ascii="Arial" w:hAnsi="Arial"/>
        </w:rPr>
        <w:t xml:space="preserve">☐ </w:t>
      </w:r>
      <w:r>
        <w:t>nu am fost</w:t>
      </w:r>
    </w:p>
    <w:p>
      <w:r>
        <w:t>lucrător al Securității sau colaborator al acesteia, în condițiile prevăzute de legislația specifică.</w:t>
      </w:r>
    </w:p>
    <w:p>
      <w:r>
        <w:rPr>
          <w:b/>
        </w:rPr>
        <w:t>În cadrul testării preliminare, optez pentru următoarea limbă străină:</w:t>
      </w:r>
    </w:p>
    <w:p>
      <w:pPr>
        <w:spacing w:after="0"/>
        <w:ind w:left="340"/>
      </w:pPr>
      <w:r>
        <w:rPr>
          <w:rFonts w:ascii="Arial" w:hAnsi="Arial"/>
        </w:rPr>
        <w:t xml:space="preserve">☐ </w:t>
      </w:r>
      <w:r>
        <w:t>engleză</w:t>
      </w:r>
    </w:p>
    <w:p>
      <w:pPr>
        <w:spacing w:after="0"/>
        <w:ind w:left="340"/>
      </w:pPr>
      <w:r>
        <w:rPr>
          <w:rFonts w:ascii="Arial" w:hAnsi="Arial"/>
        </w:rPr>
        <w:t xml:space="preserve">☐ </w:t>
      </w:r>
      <w:r>
        <w:t>franceză</w:t>
      </w:r>
    </w:p>
    <w:p>
      <w:pPr>
        <w:spacing w:after="0"/>
        <w:ind w:left="340"/>
      </w:pPr>
      <w:r>
        <w:rPr>
          <w:rFonts w:ascii="Arial" w:hAnsi="Arial"/>
        </w:rPr>
        <w:t xml:space="preserve">☐ </w:t>
      </w:r>
      <w:r>
        <w:t>germană</w:t>
      </w:r>
    </w:p>
    <w:p>
      <w:pPr>
        <w:spacing w:after="0"/>
        <w:ind w:left="340"/>
      </w:pPr>
      <w:r>
        <w:rPr>
          <w:rFonts w:ascii="Arial" w:hAnsi="Arial"/>
        </w:rPr>
        <w:t xml:space="preserve">☐ </w:t>
      </w:r>
      <w:r>
        <w:t>spaniolă</w:t>
      </w:r>
    </w:p>
    <w:p>
      <w:pPr>
        <w:jc w:val="both"/>
      </w:pPr>
      <w:r>
        <w:t>În baza prevederilor art. 87 alin. (4) și art. 89 alin. (3) din Legea nr. 448/2006 privind protecția și promovarea drepturilor persoanelor cu handicap, republicată, cu modificările și completările ulterioare, ca persoană cu dizabilități:</w:t>
      </w:r>
    </w:p>
    <w:p>
      <w:pPr>
        <w:spacing w:after="0"/>
        <w:ind w:left="340"/>
      </w:pPr>
      <w:r>
        <w:rPr>
          <w:rFonts w:ascii="Arial" w:hAnsi="Arial"/>
        </w:rPr>
        <w:t xml:space="preserve">☐ </w:t>
      </w:r>
      <w:r>
        <w:t>solicit</w:t>
      </w:r>
    </w:p>
    <w:p>
      <w:pPr>
        <w:spacing w:after="0"/>
        <w:ind w:left="340"/>
      </w:pPr>
      <w:r>
        <w:rPr>
          <w:rFonts w:ascii="Arial" w:hAnsi="Arial"/>
        </w:rPr>
        <w:t xml:space="preserve">☐ </w:t>
      </w:r>
      <w:r>
        <w:t>nu solicit</w:t>
      </w:r>
    </w:p>
    <w:p>
      <w:r>
        <w:t>adaptarea rezonabilă a condițiilor de desfășurare a concursului.</w:t>
      </w:r>
    </w:p>
    <w:p>
      <w:r>
        <w:t>De asemenea, formulez următoarele propuneri privind instrumentele necesare pentru asigurarea accesibilității probelor de concurs:</w:t>
      </w:r>
    </w:p>
    <w:p>
      <w:r>
        <w:t>............................................................................................................................................................</w:t>
      </w:r>
    </w:p>
    <w:p>
      <w:r>
        <w:t>............................................................................................................................................................</w:t>
      </w:r>
    </w:p>
    <w:p>
      <w:pPr>
        <w:jc w:val="both"/>
      </w:pPr>
      <w:r>
        <w:t>Cunoscând prevederile art. 4 pct. 2 și 11, art. 6 alin. (1) lit. a) și art. 7 din Regulamentul (UE) 2016/679 al Parlamentului European și al Consiliului din 27 aprilie 2016, în ceea ce privește consimțământul cu privire la prelucrarea datelor cu caracter personal, declar următoarele:</w:t>
      </w:r>
    </w:p>
    <w:p>
      <w:pPr>
        <w:spacing w:after="0"/>
        <w:ind w:left="340"/>
      </w:pPr>
      <w:r>
        <w:rPr>
          <w:rFonts w:ascii="Arial" w:hAnsi="Arial"/>
        </w:rPr>
        <w:t xml:space="preserve">☐ </w:t>
      </w:r>
      <w:r>
        <w:t>îmi exprim consimțământul</w:t>
      </w:r>
    </w:p>
    <w:p>
      <w:pPr>
        <w:spacing w:after="0"/>
        <w:ind w:left="340"/>
      </w:pPr>
      <w:r>
        <w:rPr>
          <w:rFonts w:ascii="Arial" w:hAnsi="Arial"/>
        </w:rPr>
        <w:t xml:space="preserve">☐ </w:t>
      </w:r>
      <w:r>
        <w:t>nu îmi exprim consimțământul</w:t>
      </w:r>
    </w:p>
    <w:p>
      <w:r>
        <w:t>cu privire la termenii și condițiile de organizare a concursului național, prelucrarea datelor cu caracter personal cuprinse în prezentul formular, respectiv cu privire la acordul de a primi notificări transmise prin platforma informatică de concurs.</w:t>
      </w:r>
    </w:p>
    <w:p>
      <w:pPr>
        <w:jc w:val="both"/>
      </w:pPr>
      <w:r>
        <w:t>În ceea ce privește prelucrarea ulterioară a datelor cu caracter personal în scopuri statistice și de cercetare:</w:t>
      </w:r>
    </w:p>
    <w:p>
      <w:pPr>
        <w:spacing w:after="0"/>
        <w:ind w:left="340"/>
      </w:pPr>
      <w:r>
        <w:rPr>
          <w:rFonts w:ascii="Arial" w:hAnsi="Arial"/>
        </w:rPr>
        <w:t xml:space="preserve">☐ </w:t>
      </w:r>
      <w:r>
        <w:t>îmi exprim consimțământul</w:t>
      </w:r>
    </w:p>
    <w:p>
      <w:pPr>
        <w:spacing w:after="0"/>
        <w:ind w:left="340"/>
      </w:pPr>
      <w:r>
        <w:rPr>
          <w:rFonts w:ascii="Arial" w:hAnsi="Arial"/>
        </w:rPr>
        <w:t xml:space="preserve">☐ </w:t>
      </w:r>
      <w:r>
        <w:t>nu îmi exprim consimțământul</w:t>
      </w:r>
    </w:p>
    <w:p>
      <w:pPr>
        <w:spacing w:after="20"/>
      </w:pPr>
      <w:r>
        <w:rPr>
          <w:sz w:val="17"/>
        </w:rPr>
        <w:t>*1) Se menționează nivelul prin raportare la Cadrul european comun de referință pentru limbi străine.</w:t>
      </w:r>
    </w:p>
    <w:p>
      <w:pPr>
        <w:spacing w:after="20"/>
      </w:pPr>
      <w:r>
        <w:rPr>
          <w:sz w:val="17"/>
        </w:rPr>
        <w:t>*2) 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pPr>
        <w:spacing w:after="20"/>
      </w:pPr>
      <w:r>
        <w:rPr>
          <w:sz w:val="17"/>
        </w:rPr>
        <w:t>*3) Se vor menționa în ordine invers cronologică informațiile despre activitatea profesională actuală și anterioară.</w:t>
      </w:r>
    </w:p>
    <w:p>
      <w:pPr>
        <w:spacing w:after="20"/>
      </w:pPr>
      <w:r>
        <w:rPr>
          <w:sz w:val="17"/>
        </w:rPr>
        <w:t>*4) Se va bifa cu „X” varianta de răspuns pentru care candidatul își asumă răspunderea declarării.</w:t>
      </w:r>
    </w:p>
    <w:p>
      <w:pPr>
        <w:jc w:val="both"/>
      </w:pPr>
      <w:r>
        <w:t>Cunoscând prevederile art. 326 din Codul penal cu privire la falsul în declarații, declar pe proprie răspundere că datele furnizate în acest formular sunt adevărate.</w:t>
      </w:r>
    </w:p>
    <w:p>
      <w:r>
        <w:rPr>
          <w:b/>
        </w:rPr>
        <w:t xml:space="preserve">Data: </w:t>
      </w:r>
      <w:r>
        <w:t>.................................</w:t>
      </w:r>
      <w:r>
        <w:t xml:space="preserve">                      </w:t>
      </w:r>
      <w:r>
        <w:rPr>
          <w:b/>
        </w:rPr>
        <w:t xml:space="preserve">Semnătura: </w:t>
      </w:r>
      <w:r>
        <w:t>........................................</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